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העוגנים שלי: חוסן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ג׳ עד ו׳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לזהות מה עוזר לי להירגע (העוגנים שלי) בגוף, ברגש ובשיחה.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להכיר שגם ברשת ובקבוצת הכיתה יש רגעים קשים – ולתרגל עצירה לפני תגובה.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לבחור כלל אחד לשימוש בטוח ונעים במסכים.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</w:t>
            </w:r>
            <w:r>
              <w:rPr>
                <w:sz w:val="22"/>
                <w:rtl/>
                <w:szCs w:val="22"/>
              </w:rPr>
              <w:t>סיפור קצר על סירה בסערה: מה עוזר לה לא לעוף? העוגן! ״מה העוגן שלי?״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12׳ · חלק א׳ – העוגנים שלי: </w:t>
            </w:r>
            <w:r>
              <w:rPr>
                <w:sz w:val="22"/>
                <w:rtl/>
                <w:szCs w:val="22"/>
              </w:rPr>
              <w:t>צובעים ומקיפים עוגנים בשלושה תחומים. משתפים בזוגות.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13׳ · חלק ב׳ – רגע בטלפון: </w:t>
            </w:r>
            <w:r>
              <w:rPr>
                <w:sz w:val="22"/>
                <w:rtl/>
                <w:szCs w:val="22"/>
              </w:rPr>
              <w:t>קוראים יחד את המקרה של ליה ומשחקים במשחק ״מה עוד יכול להיות?״ באתר.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חלק ג׳ – כרטיס היציאה: </w:t>
            </w:r>
            <w:r>
              <w:rPr>
                <w:sz w:val="22"/>
                <w:rtl/>
                <w:szCs w:val="22"/>
              </w:rPr>
              <w:t>מציירים וכותבים: סימן בגוף, דבר מרגיע, כלל למסך.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סבב: ״העוגן שלי הוא…״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העוגנים שלי: חוסן אישי ודיגיטלי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ג׳ עד ו׳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העוגנים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גם לנו, כמו לסירה, יש עוגנים: דברים שעוזרים לנו להרגיש חזקים ורגועים כשקשה.</w:t>
      </w:r>
    </w:p>
    <w:p>
      <w:pPr>
        <w:bidi/>
        <w:spacing w:after="80"/>
        <w:jc w:val="right"/>
      </w:pPr>
      <w:r>
        <w:rPr>
          <w:b/>
          <w:rtl/>
          <w:bCs/>
        </w:rPr>
        <w:t>הקיפו מה עוזר לכם להירגע: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🏃 הגוף שלי: </w:t>
      </w:r>
      <w:r>
        <w:rPr>
          <w:rtl/>
        </w:rPr>
        <w:t>לרוץ  /  לקפוץ  /  לנשום עמוק  /  לשחק בכדור  /  לרקוד  /  מקלחת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🎨 הלב שלי: </w:t>
      </w:r>
      <w:r>
        <w:rPr>
          <w:rtl/>
        </w:rPr>
        <w:t>לצייר  /  לשיר  /  לשמוע שיר  /  לשחק עם חיה  /  לבנות משהו  /  לקרוא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💬 מי עוזר לי: </w:t>
      </w:r>
      <w:r>
        <w:rPr>
          <w:rtl/>
        </w:rPr>
        <w:t>אמא / אבא  /  חבר/ה  /  המורה  /  סבא / סבתא  /  אח / אחות  /  היועצת</w:t>
      </w:r>
    </w:p>
    <w:p>
      <w:pPr>
        <w:bidi/>
        <w:spacing w:after="80"/>
        <w:jc w:val="right"/>
      </w:pPr>
      <w:r>
        <w:rPr>
          <w:b/>
          <w:rtl/>
          <w:bCs/>
        </w:rPr>
        <w:t>ציירו את העוגן הכי חזק שלכם: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רגע בטלפון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לפעמים בטלפון או בקבוצת הכיתה קורה משהו שמעציב אותנו. אפשר לעצור, לנשום ולחשוב: מה עוד יכול להיות?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ליה רואה בקבוצת הכיתה תמונה מיום הולדת. כל החברות שם – והיא לא הוזמנה. ליה חושבת: ״אף אחת לא אוהבת אותי.״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1. מה עוד יכול להיות?</w:t>
      </w:r>
    </w:p>
    <w:p>
      <w:pPr>
        <w:bidi/>
        <w:spacing w:after="120"/>
        <w:jc w:val="right"/>
      </w:pPr>
      <w:r>
        <w:rPr>
          <w:rtl/>
        </w:rPr>
        <w:t>אולי… _______________________________________________________</w:t>
      </w:r>
    </w:p>
    <w:p>
      <w:pPr>
        <w:bidi/>
        <w:spacing w:after="120"/>
        <w:jc w:val="right"/>
      </w:pPr>
      <w:r>
        <w:rPr>
          <w:rtl/>
        </w:rPr>
        <w:t>ואולי… 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2. מה ליה יכולה לעשות? הקיפו את מה שעוזר:</w:t>
      </w:r>
    </w:p>
    <w:p>
      <w:pPr>
        <w:bidi/>
        <w:spacing w:after="80"/>
        <w:jc w:val="right"/>
      </w:pPr>
      <w:r>
        <w:rPr>
          <w:rtl/>
        </w:rPr>
        <w:t>◯ ✋ לעצור ולנשום   ◯ 🗣️ לספר לאמא או למורה   ◯ 😡 לכתוב משהו מעליב   ◯ 🤝 לשחק עם חברה אחרת</w:t>
      </w:r>
    </w:p>
    <w:p>
      <w:pPr>
        <w:bidi/>
        <w:spacing w:after="80"/>
        <w:jc w:val="right"/>
      </w:pPr>
      <w:r>
        <w:rPr>
          <w:b/>
          <w:rtl/>
          <w:bCs/>
        </w:rPr>
        <w:t>3. כלל המסך שלי:</w:t>
      </w:r>
    </w:p>
    <w:p>
      <w:pPr>
        <w:bidi/>
        <w:spacing w:after="120"/>
        <w:jc w:val="right"/>
      </w:pPr>
      <w:r>
        <w:rPr>
          <w:rtl/>
        </w:rPr>
        <w:t>אני מבטיח/ה לעצמי: __________________________________________</w:t>
      </w: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כרטיס הכוח שלי</w:t>
      </w:r>
    </w:p>
    <w:p>
      <w:pPr>
        <w:bidi/>
        <w:spacing w:after="80"/>
        <w:jc w:val="right"/>
      </w:pPr>
      <w:r>
        <w:rPr>
          <w:rtl/>
        </w:rPr>
        <w:t>מלאו ושמרו בקלמר:</w:t>
      </w:r>
    </w:p>
    <w:p>
      <w:pPr>
        <w:bidi/>
        <w:spacing w:after="40"/>
        <w:jc w:val="right"/>
      </w:pPr>
      <w:r>
        <w:rPr>
          <w:b/>
          <w:rtl/>
          <w:bCs/>
        </w:rPr>
        <w:t>1. 🫀 כשאני לחוץ/ה, הגוף שלי… (למשל: הלב דופק, הבטן כואבת)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דבר אחד שמרגיע אותי (בלי מסך)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הכלל שלי למסך (למשל: בלילה הטלפון ישן)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כולם מרגישים לפעמים עצב או כעס. מותר! ותמיד אפשר לבקש עזרה ממבוגר/ת שאתם סומכים עליו/ה.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⚓ העוגנים שלי: חוסן אישי ודיגיטלי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