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חוסן במבחן: אישי ודיגיטלי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י׳ עד י״ב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מיפוי מקורות חוסן אישיים: זיהוי הכלים, העוגנים והפעולות שעוזרים לתלמיד או לתלמידה להוריד את מפלס הלחץ בעולם האמיתי.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פיתוח חוסן דיגיטלי: בחינת האופן שבו המרחב המקוון (רשתות חברתיות, קבוצת הכיתה, סטורי וסטטוסים) משפיע על מצב הרוח ועל הפרשנות שלנו, ואיך מייצרים הגנה עצמית מול לחץ דיגיטלי.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יצירת ארגז כלי ויסות אישי: גיבוש ״כרטיס יציאה״ ובו סימן גופני, פעולה מרגיעה וגבול דיגיטלי אישי.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חשיבה ביקורתית על השפעת האלגוריתם, תרבות ההשוואה וחרם מוסווה ברשת.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פתיחה: סולם הלחץ: </w:t>
            </w:r>
            <w:r>
              <w:rPr>
                <w:sz w:val="22"/>
                <w:rtl/>
                <w:szCs w:val="22"/>
              </w:rPr>
              <w:t>כל אחד/ת ממקם/ת את עצמו/ה על ״מד-חום״ של השבוע (1–10) בלי לשתף. מציגים את גש״ר מאח״ד: ״לכל אחד/ת פרופיל התמודדות משלו/ה״.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12׳ · חלק א׳ – פרופיל העוגנים: </w:t>
            </w:r>
            <w:r>
              <w:rPr>
                <w:sz w:val="22"/>
                <w:rtl/>
                <w:szCs w:val="22"/>
              </w:rPr>
              <w:t>מיפוי עוגנים לפי ששת הערוצים, דירוג 0–5 וזיהוי שני הערוצים החזקים. בזוגות: ״איזה ערוץ הייתי רוצה לחזק?״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15׳ · חלק ב׳ – בין האלגוריתם ללב: </w:t>
            </w:r>
            <w:r>
              <w:rPr>
                <w:sz w:val="22"/>
                <w:rtl/>
                <w:szCs w:val="22"/>
              </w:rPr>
              <w:t>ניתוח מקרה (דנה או ״הפוסט שהתפוצץ״): פרשנות אוטומטית מול חלופות, תפקיד האלגוריתם, ותגובה מתוך בחירה. דיון: איפה עובר הגבול בין דעה לפגיעה?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8׳ · חלק ג׳ – כרטיס יציאה: </w:t>
            </w:r>
            <w:r>
              <w:rPr>
                <w:sz w:val="22"/>
                <w:rtl/>
                <w:szCs w:val="22"/>
              </w:rPr>
              <w:t>סימן גופני, פעולה מרגיעה וגבול דיגיטלי – בניסוח אישי ומחייב.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סיכום: </w:t>
            </w:r>
            <w:r>
              <w:rPr>
                <w:sz w:val="22"/>
                <w:rtl/>
                <w:szCs w:val="22"/>
              </w:rPr>
              <w:t>משפט אחד: ״חוסן בשבילי הוא…״. תזכורת לגורמי תמיכה.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חוסן במבחן: אישי ודיגיטלי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י׳ עד י״ב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פרופיל העוגנים שלי (חוסן אישי)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חוסן אינו תכונה מולדת אלא שריר שמתאמנים בו. מודל גש״ר מאח״ד מתאר שישה ערוצי התמודדות; לכל אחד/ת שילוב משלו/ה. מפו את 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הערוץ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מה עוזר לי בערוץ הזה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כמה אני משתמש/ת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🏃 ג · גוף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תנועה, נשימות, שינה טובה, אוכל, מקלחת חמה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0  1  2  3  4  5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🧠 ש · שכל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לאסוף מידע אמין, לתכנן, לעשות רשימה, לחלק משימה גדולה לקטנות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0  1  2  3  4  5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❤️ ר · רגש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לדבר על מה שמרגישים, לבכות, לצחוק, לכתוב, לצייר, מוזיקה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0  1  2  3  4  5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🌟 מ״א · מערכת אמונות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תקווה, ״יהיה בסדר״, משמעות, ערכים, מה שחשוב לי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0  1  2  3  4  5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🤝 ח · חברה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חברים, משפחה, קבוצה, תפקיד, לבקש עזרה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0  1  2  3  4  5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🌈 ד · דמיון</w:t>
            </w:r>
          </w:p>
          <w:p>
            <w:pPr>
              <w:bidi/>
              <w:spacing w:after="20"/>
              <w:jc w:val="right"/>
            </w:pPr>
            <w:r>
              <w:rPr>
                <w:sz w:val="20"/>
                <w:rtl/>
                <w:szCs w:val="20"/>
              </w:rPr>
              <w:t>יצירה, הומור, לדמיין מקום רגוע, פתרונות יצירתיים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0  1  2  3  4  5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b/>
          <w:rtl/>
          <w:bCs/>
        </w:rPr>
        <w:t>שני הערוצים החזקים שלי, ואיך הם עזרו לי בתקופה עמוסה האחרונה: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ערוץ אחד שאחזק החודש, ופעולה קטנה ומדידה לחיזוקו: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בין האלגוריתם ללב (חוסן דיגיטלי)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רשתות חברתיות בנויות כדי להחזיק את תשומת הלב שלנו – והן מקדמות תוכן שמעורר רגש חזק. חוסן דיגיטלי הוא היכולת לזהות מתי הפיד מנהל אותנו, ולבחור אחרת.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דנה רואה בסטורי שכל חברי הקבוצה יצאו בלעדיה לבית הקפה השכונתי. הראש מיד רץ למחשבות קשות (״הם עושים לי חרם״, ״לא סובלים אותי״), והלב מתכווץ בכעס ועלבון.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b/>
          <w:rtl/>
          <w:bCs/>
        </w:rPr>
        <w:t>1. פרשנות אוטומטית מול חלופות:</w:t>
      </w:r>
    </w:p>
    <w:p>
      <w:pPr>
        <w:bidi/>
        <w:spacing w:after="120"/>
        <w:jc w:val="right"/>
      </w:pPr>
      <w:r>
        <w:rPr>
          <w:rtl/>
        </w:rPr>
        <w:t>המחשבה האוטומטית: ___________________________________________</w:t>
      </w:r>
    </w:p>
    <w:p>
      <w:pPr>
        <w:bidi/>
        <w:spacing w:after="120"/>
        <w:jc w:val="right"/>
      </w:pPr>
      <w:r>
        <w:rPr>
          <w:rtl/>
        </w:rPr>
        <w:t>שלוש פרשנויות חלופיות: ______________________________________</w:t>
      </w:r>
    </w:p>
    <w:p>
      <w:pPr>
        <w:bidi/>
        <w:spacing w:after="120"/>
        <w:jc w:val="right"/>
      </w:pPr>
      <w:r>
        <w:rPr>
          <w:rtl/>
        </w:rPr>
        <w:t>מה הייתי צריך/ה לדעת כדי לבדוק את המציאות? 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2. דנה רואה בעיקר את הרגעים ״המושלמים״ של אחרים. איך תרבות ההשוואה והאלגוריתם מעצימים את הרגש שלה?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3. מתי פרסום דעה ברשת הופך לפגיעה? ומה ההבדל בין ״לא להגיב״ לבין ״לשתוק מול פגיעה״?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4. האמנה הדיגיטלית האישית שלי:</w:t>
      </w:r>
    </w:p>
    <w:p>
      <w:pPr>
        <w:bidi/>
        <w:spacing w:after="120"/>
        <w:jc w:val="right"/>
      </w:pPr>
      <w:r>
        <w:rPr>
          <w:rtl/>
        </w:rPr>
        <w:t>כלל לשעות הלילה: ____________________________________________</w:t>
      </w:r>
    </w:p>
    <w:p>
      <w:pPr>
        <w:bidi/>
        <w:spacing w:after="120"/>
        <w:jc w:val="right"/>
      </w:pPr>
      <w:r>
        <w:rPr>
          <w:rtl/>
        </w:rPr>
        <w:t>כלל לרגעי כעס: ______________________________________________</w:t>
      </w:r>
    </w:p>
    <w:p>
      <w:pPr>
        <w:bidi/>
        <w:spacing w:after="120"/>
        <w:jc w:val="right"/>
      </w:pPr>
      <w:r>
        <w:rPr>
          <w:rtl/>
        </w:rPr>
        <w:t>כלל לבחירת התוכן שאני צורך/ת: 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ג׳: המד-חום הרגשי שלי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מה קורה בגוף שלכם כשהלחץ עולה? זיהוי מוקדם של הסימנים מאפשר לעצור לפני ההתפרצות או הקפיאה.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1</w:t>
            </w:r>
          </w:p>
        </w:tc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2</w:t>
            </w:r>
          </w:p>
        </w:tc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3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4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5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6</w:t>
            </w:r>
          </w:p>
        </w:tc>
        <w:tc>
          <w:tcPr>
            <w:tcW w:type="dxa" w:w="1021"/>
            <w:shd w:val="clear" w:color="auto" w:fill="ff7a1a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7</w:t>
            </w:r>
          </w:p>
        </w:tc>
        <w:tc>
          <w:tcPr>
            <w:tcW w:type="dxa" w:w="1021"/>
            <w:shd w:val="clear" w:color="auto" w:fill="ff7a1a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8</w:t>
            </w:r>
          </w:p>
        </w:tc>
        <w:tc>
          <w:tcPr>
            <w:tcW w:type="dxa" w:w="1021"/>
            <w:shd w:val="clear" w:color="auto" w:fill="ef4b4b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9</w:t>
            </w:r>
          </w:p>
        </w:tc>
        <w:tc>
          <w:tcPr>
            <w:tcW w:type="dxa" w:w="1021"/>
            <w:shd w:val="clear" w:color="auto" w:fill="ef4b4b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10</w:t>
            </w:r>
          </w:p>
        </w:tc>
      </w:tr>
    </w:tbl>
    <w:p>
      <w:pPr>
        <w:bidi/>
        <w:spacing w:after="80"/>
        <w:jc w:val="right"/>
      </w:pPr>
      <w:r>
        <w:rPr>
          <w:color w:val="4B5B75"/>
          <w:sz w:val="19"/>
          <w:rtl/>
          <w:szCs w:val="19"/>
        </w:rPr>
        <w:t>😌 רגוע/ה (1–3) · 😕 מתחמם/ת (4–6) · 😣 חם/ה (7–8) · 😫 רותח/ת (9–10)</w:t>
      </w:r>
    </w:p>
    <w:p>
      <w:pPr>
        <w:bidi/>
        <w:spacing w:after="80"/>
        <w:jc w:val="right"/>
      </w:pPr>
      <w:r>
        <w:rPr>
          <w:b/>
          <w:rtl/>
          <w:bCs/>
        </w:rPr>
        <w:t>הסימן המוקדם ביותר שלי, ומה אני עושה כשהוא מופיע: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ה״אנטי-וירוס״ הרגשי שלי – כרטיס יציאה אישי</w:t>
      </w:r>
    </w:p>
    <w:p>
      <w:pPr>
        <w:bidi/>
        <w:spacing w:after="80"/>
        <w:jc w:val="right"/>
      </w:pPr>
      <w:r>
        <w:rPr>
          <w:rtl/>
        </w:rPr>
        <w:t>נסחו לעצמכם התחייבות אישית קצרה. הכרטיס נשאר אצלכם.</w:t>
      </w:r>
    </w:p>
    <w:p>
      <w:pPr>
        <w:bidi/>
        <w:spacing w:after="40"/>
        <w:jc w:val="right"/>
      </w:pPr>
      <w:r>
        <w:rPr>
          <w:b/>
          <w:rtl/>
          <w:bCs/>
        </w:rPr>
        <w:t>1. 🫀 הסימן בגוף שלי שמעיד שהלחץ עולה (למשל: דופק מהיר, בטן מתכווצת, מחשבות שלא נגמרות)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🌿 פעולה אחת מרגיעה שאעשה השבוע בעולם האמיתי (מחוץ למסך)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🛡️ גבול דיגיטלי אחד שאקח על עצמי השבוע (מול המסכים והרשתות)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4. 🤝 האדם שאפנה אליו/ה כשקשה (עוגן אנושי אחד)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זכרו: חוסן הוא לא היעדר קושי – אלא היכולת להתכופף בלי להישבר, לבחור תגובה, ולדעת לבקש עזרה. בהצלחה!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⚓ חוסן במבחן: אישי ודיגיטלי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