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חוסן במבחן: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מיפוי מקורות חוסן אישיים: זיהוי הכלים, העוגנים והפעולות שעוזרים לתלמיד או לתלמידה להוריד את מפלס הלחץ בעולם האמיתי.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פיתוח חוסן דיגיטלי: בחינת האופן שבו המרחב המקוון (רשתות חברתיות, קבוצת הכיתה, סטורי וסטטוסים) משפיע על מצב הרוח ועל הפרשנות שלנו, ואיך מייצרים הגנה עצמית מול לחץ דיגיטלי.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יצירת ארגז כלי ויסות אישי: גיבוש ״כרטיס יציאה״ ובו סימן גופני, פעולה מרגיעה וגבול דיגיטלי אישי.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״העוגן בסערה״: </w:t>
            </w:r>
            <w:r>
              <w:rPr>
                <w:sz w:val="22"/>
                <w:rtl/>
                <w:szCs w:val="22"/>
              </w:rPr>
              <w:t>שאלה למליאה: ״מה עושה ספינה בסערה כדי לא להיסחף?״ מציגים את גש״ר מאח״ד בקצרה – שש דרכים להתמודד, ולכל אחד שילוב משלו.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12׳ · חלק א׳ – העוגנים שלי: </w:t>
            </w:r>
            <w:r>
              <w:rPr>
                <w:sz w:val="22"/>
                <w:rtl/>
                <w:szCs w:val="22"/>
              </w:rPr>
              <w:t>עבודה אישית: סימון עוגנים בשלושה תחומים ו״הדבר הקטן״. שיתוף בזוגות: ״עוגן אחד שלי שהפתיע אותך?״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15׳ · חלק ב׳ – חומת מגן דיגיטלית: </w:t>
            </w:r>
            <w:r>
              <w:rPr>
                <w:sz w:val="22"/>
                <w:rtl/>
                <w:szCs w:val="22"/>
              </w:rPr>
              <w:t>קריאת המקרה של דנה בקול. בזוגות: ״מה המוח חושב מיד״ מול ״מה עוד יכול להיות נכון״. דיון מליאה על בחירת תגובה וניסוח כלל אישי. אפשר להפעיל את ״מפענח המחשבות״ באתר על הלוח.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8׳ · חלק ג׳ – כרטיס יציאה: </w:t>
            </w:r>
            <w:r>
              <w:rPr>
                <w:sz w:val="22"/>
                <w:rtl/>
                <w:szCs w:val="22"/>
              </w:rPr>
              <w:t>כל תלמיד/ה ממלא/ת לעצמו/ה את ״האנטי-וירוס הרגשי״: סימן בגוף, פעולה מרגיעה, גבול דיגיטלי. הכרטיס נשאר אצלם.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סבב מילה אחת: ״עוגן שאני לוקח/ת איתי״. תזכורת: יש למי לפנות – המחנך/ת, היועצת, נאמני החוסן.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חוסן במבחן: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העוגנים שלי בסערה (חוסן אישי)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לכולנו יש תקופות עמוסות, מבחנים, לחצים חברתיים או ימים פחות קלים. חוסן אישי הוא היכולת לזהות מה מחזק אותנו מבפנים ולמצוא את ה״עוגן״ שמחזיק אותנו כשהים סוער.</w:t>
      </w:r>
    </w:p>
    <w:p>
      <w:pPr>
        <w:bidi/>
        <w:spacing w:after="80"/>
        <w:jc w:val="right"/>
      </w:pPr>
      <w:r>
        <w:rPr>
          <w:b/>
          <w:rtl/>
          <w:bCs/>
        </w:rPr>
        <w:t>סמני/הקיפו את הפעולות שעוזרות לך אישית להירגע כשעולה מתח או לחץ: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🏃 גוף ותנועה: </w:t>
      </w:r>
      <w:r>
        <w:rPr>
          <w:rtl/>
        </w:rPr>
        <w:t>הליכה  /  ריצה  /  כדורגל  /  מתיחות  /  נשימות עמוקות  /  מקלחת חמה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🎨 רגש ויצירה: </w:t>
      </w:r>
      <w:r>
        <w:rPr>
          <w:rtl/>
        </w:rPr>
        <w:t>מוזיקה באוזניות  /  ציור  /  כתיבה ביומן  /  בישול  /  טיפול בבעל חיים  /  תחביב אהוב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💬 שיחה ושיתוף: </w:t>
      </w:r>
      <w:r>
        <w:rPr>
          <w:rtl/>
        </w:rPr>
        <w:t>חבר/ה טוב/ה  /  הורים או בן/בת משפחה  /  דמות צוות תומכת בבית הספר  /  נאמני החוסן</w:t>
      </w:r>
    </w:p>
    <w:p>
      <w:pPr>
        <w:bidi/>
        <w:spacing w:after="80"/>
        <w:jc w:val="right"/>
      </w:pPr>
      <w:r>
        <w:rPr>
          <w:b/>
          <w:rtl/>
          <w:bCs/>
        </w:rPr>
        <w:t>שאלה למחשבה אישית: מהו ה״דבר הקטן״ האחד (מתוך הרשימה או משלך) שעוזר לך תמיד להוריד את מפלס הלחץ כשמרגיש לך יותר מדי?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🕸️ בונוס: לאיזה ערוץ של גש״ר מאח״ד שייך העוגן שלך? הקיפו:</w:t>
      </w:r>
    </w:p>
    <w:p>
      <w:pPr>
        <w:bidi/>
        <w:spacing w:after="80"/>
        <w:jc w:val="right"/>
      </w:pPr>
      <w:r>
        <w:rPr>
          <w:rtl/>
        </w:rPr>
        <w:t>◯ 🏃 ג – גוף   ◯ 🧠 ש – שכל   ◯ ❤️ ר – רגש   ◯ 🌟 מ״א – מערכת אמונות   ◯ 🤝 ח – חברה   ◯ 🌈 ד – דמיון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חומת מגן דיגיטלית (חוסן דיגיטלי)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הטלפון והרשתות החברתיות הם חלק מהיומיום שלנו – הם מעניקים שייכות וחיבור, אבל לפעמים גם יוצרים לחץ, תחושת החמצה (FOMO) או פרשנות שגויה של מצבים.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דנה רואה בסטורי שכל חברי הקבוצה יצאו בלעדיה לבית הקפה השכונתי. הראש מיד רץ למחשבות קשות (״הם עושים לי חרם״, ״לא סובלים אותי״), והלב מתכווץ בכעס ועלבון.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1. עצירה ופיענוח: מה המוח של דנה בוחר להאמין לו ברגע הראשון, לעומת מה עשויות להיות אפשרויות אחרות במציאות (שאולי לא קשורות אליה אישית)?</w:t>
      </w:r>
    </w:p>
    <w:p>
      <w:pPr>
        <w:bidi/>
        <w:spacing w:after="120"/>
        <w:jc w:val="right"/>
      </w:pPr>
      <w:r>
        <w:rPr>
          <w:rtl/>
        </w:rPr>
        <w:t>מה המוח חושב מיד: ___________________________________________</w:t>
      </w:r>
    </w:p>
    <w:p>
      <w:pPr>
        <w:bidi/>
        <w:spacing w:after="120"/>
        <w:jc w:val="right"/>
      </w:pPr>
      <w:r>
        <w:rPr>
          <w:rtl/>
        </w:rPr>
        <w:t>מה עוד יכול להיות נכון (המציאות): 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2. בחירת תגובה מתוך חוסן: האם כדאי להגיב מיד בזעם בצ'אט הקבוצתי, או לקחת הפסקה מהמסך ולנשום? נמקו בקצרה: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3. גבול דיגיטלי אישי: אילו כללי הגנה עצמית ברשת הייתם מציעים כדי לא לתת למסך לנהל את מצב הרוח? (למשל: לא פותחים הודעות טעונות בלילה, לא מגיבים מיד מתוך כעס, מעדיפים לדבר פנים אל פנים).</w:t>
      </w:r>
    </w:p>
    <w:p>
      <w:pPr>
        <w:bidi/>
        <w:spacing w:after="120"/>
        <w:jc w:val="right"/>
      </w:pPr>
      <w:r>
        <w:rPr>
          <w:rtl/>
        </w:rPr>
        <w:t>הכלל שלי: 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ג׳: המד-חום הרגשי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חוסן מתחיל במודעות: לזהות את הסימנים הראשונים של לחץ לפני שהוא ״רותח״. סמנו על המד-חום איפה אתם בדרך כלל לפני מבחן, ואיפה אחרי ריב ברשת.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2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3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4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5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6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7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8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9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10</w:t>
            </w:r>
          </w:p>
        </w:tc>
      </w:tr>
    </w:tbl>
    <w:p>
      <w:pPr>
        <w:bidi/>
        <w:spacing w:after="80"/>
        <w:jc w:val="right"/>
      </w:pPr>
      <w:r>
        <w:rPr>
          <w:color w:val="4B5B75"/>
          <w:sz w:val="19"/>
          <w:rtl/>
          <w:szCs w:val="19"/>
        </w:rPr>
        <w:t>😌 רגוע/ה (1–3) · 😕 מתחמם/ת (4–6) · 😣 חם/ה (7–8) · 😫 רותח/ת (9–10)</w:t>
      </w:r>
    </w:p>
    <w:p>
      <w:pPr>
        <w:bidi/>
        <w:spacing w:after="80"/>
        <w:jc w:val="right"/>
      </w:pPr>
      <w:r>
        <w:rPr>
          <w:b/>
          <w:rtl/>
          <w:bCs/>
        </w:rPr>
        <w:t>מהו הדבר הקטן הראשון שעוזר לי לעצור את עליית הטמפרטורה?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ה״אנטי-וירוס״ הרגשי שלי – כרטיס יציאה אישי</w:t>
      </w:r>
    </w:p>
    <w:p>
      <w:pPr>
        <w:bidi/>
        <w:spacing w:after="80"/>
        <w:jc w:val="right"/>
      </w:pPr>
      <w:r>
        <w:rPr>
          <w:rtl/>
        </w:rPr>
        <w:t>כדי לבנות חוסן אמיתי, חשוב להכיר את הגוף והנפש שלנו ולדעת מתי לעצור. מלאו לעצמכם את הכרטיס (נשאר אצלכם):</w:t>
      </w:r>
    </w:p>
    <w:p>
      <w:pPr>
        <w:bidi/>
        <w:spacing w:after="40"/>
        <w:jc w:val="right"/>
      </w:pPr>
      <w:r>
        <w:rPr>
          <w:b/>
          <w:rtl/>
          <w:bCs/>
        </w:rPr>
        <w:t>1. 🫀 הסימן בגוף שלי שמעיד שהלחץ עולה (למשל: דופק מהיר, בטן מתכווצת, מחשבות שלא נגמרות)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פעולה אחת מרגיעה שאעשה השבוע בעולם האמיתי (מחוץ למסך)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גבול דיגיטלי אחד שאקח על עצמי השבוע (מול המסכים והרשתות)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חוסן הוא לא הימנעות מקשיים, אלא היכולת לבנות גשר ביני לבין מה שעובר עליי, לבחור לא להישאר לבד, ולדעת מתי לפנות לעזרה. בהצלחה!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⚓ חוסן במבחן: אישי ודיגיטלי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